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F94B9" w14:textId="02767232" w:rsidR="00381FB0" w:rsidRPr="008516BE" w:rsidRDefault="00E577BC" w:rsidP="00BA26E6">
      <w:pPr>
        <w:spacing w:before="120" w:after="0"/>
        <w:rPr>
          <w:rFonts w:ascii="Calibri" w:eastAsiaTheme="minorHAnsi" w:hAnsi="Calibri" w:cs="Calibri"/>
          <w:b/>
          <w:bCs/>
          <w:kern w:val="2"/>
          <w:sz w:val="36"/>
          <w:szCs w:val="36"/>
          <w14:ligatures w14:val="standardContextual"/>
        </w:rPr>
      </w:pPr>
      <w:r w:rsidRPr="002C0D0A">
        <w:rPr>
          <w:rFonts w:asciiTheme="majorHAnsi" w:hAnsiTheme="majorHAnsi" w:cstheme="majorHAnsi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4F444395" wp14:editId="29D48A8E">
                <wp:simplePos x="0" y="0"/>
                <wp:positionH relativeFrom="column">
                  <wp:posOffset>4922520</wp:posOffset>
                </wp:positionH>
                <wp:positionV relativeFrom="paragraph">
                  <wp:posOffset>304800</wp:posOffset>
                </wp:positionV>
                <wp:extent cx="2314575" cy="571500"/>
                <wp:effectExtent l="0" t="0" r="9525" b="0"/>
                <wp:wrapNone/>
                <wp:docPr id="12289486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F9B68B" w14:textId="133C16B9" w:rsidR="002C0D0A" w:rsidRPr="00BA26E6" w:rsidRDefault="00BA26E6" w:rsidP="002C0D0A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BA26E6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Department of</w:t>
                            </w:r>
                            <w:r w:rsidR="002C0D0A" w:rsidRPr="00BA26E6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A26E6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C</w:t>
                            </w:r>
                            <w:r w:rsidR="002C0D0A" w:rsidRPr="00BA26E6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ultur</w:t>
                            </w:r>
                            <w:r w:rsidRPr="00BA26E6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e</w:t>
                            </w:r>
                            <w:r w:rsidR="002C0D0A" w:rsidRPr="00BA26E6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A26E6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and C</w:t>
                            </w:r>
                            <w:r w:rsidR="002C0D0A" w:rsidRPr="00BA26E6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ommuni</w:t>
                            </w:r>
                            <w:r w:rsidRPr="00BA26E6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c</w:t>
                            </w:r>
                            <w:r w:rsidR="002C0D0A" w:rsidRPr="00BA26E6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ation</w:t>
                            </w:r>
                          </w:p>
                          <w:p w14:paraId="06CEFB81" w14:textId="77777777" w:rsidR="00BA26E6" w:rsidRPr="00BA26E6" w:rsidRDefault="00BA26E6" w:rsidP="002C0D0A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BA26E6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Psychology</w:t>
                            </w:r>
                          </w:p>
                          <w:p w14:paraId="66E5C471" w14:textId="2EB592D7" w:rsidR="002C0D0A" w:rsidRPr="002C0D0A" w:rsidRDefault="002C0D0A" w:rsidP="002C0D0A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da-DK"/>
                              </w:rPr>
                            </w:pPr>
                            <w:r w:rsidRPr="002C0D0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da-DK"/>
                              </w:rPr>
                              <w:t>Rendsburggade 14, 9000 Aalborg</w:t>
                            </w:r>
                          </w:p>
                          <w:p w14:paraId="17AE04E9" w14:textId="77777777" w:rsidR="002C0D0A" w:rsidRPr="002C0D0A" w:rsidRDefault="002C0D0A" w:rsidP="002C0D0A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da-DK"/>
                              </w:rPr>
                            </w:pPr>
                            <w:r w:rsidRPr="002C0D0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da-DK"/>
                              </w:rPr>
                              <w:t>E-mail: Psykologi-Praktik@ikk.aau.dk</w:t>
                            </w:r>
                          </w:p>
                          <w:p w14:paraId="7D11AC08" w14:textId="4C89150F" w:rsidR="002C0D0A" w:rsidRPr="002C0D0A" w:rsidRDefault="002C0D0A">
                            <w:pPr>
                              <w:rPr>
                                <w:lang w:val="da-D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44439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87.6pt;margin-top:24pt;width:182.25pt;height:4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" stroked="f">
                <v:textbox>
                  <w:txbxContent>
                    <w:p w14:paraId="41F9B68B" w14:textId="133C16B9" w:rsidR="002C0D0A" w:rsidRPr="00BA26E6" w:rsidRDefault="00BA26E6" w:rsidP="002C0D0A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  <w:r w:rsidRPr="00BA26E6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Department of</w:t>
                      </w:r>
                      <w:r w:rsidR="002C0D0A" w:rsidRPr="00BA26E6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BA26E6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C</w:t>
                      </w:r>
                      <w:r w:rsidR="002C0D0A" w:rsidRPr="00BA26E6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ultur</w:t>
                      </w:r>
                      <w:r w:rsidRPr="00BA26E6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e</w:t>
                      </w:r>
                      <w:r w:rsidR="002C0D0A" w:rsidRPr="00BA26E6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BA26E6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and C</w:t>
                      </w:r>
                      <w:r w:rsidR="002C0D0A" w:rsidRPr="00BA26E6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ommuni</w:t>
                      </w:r>
                      <w:r w:rsidRPr="00BA26E6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c</w:t>
                      </w:r>
                      <w:r w:rsidR="002C0D0A" w:rsidRPr="00BA26E6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ation</w:t>
                      </w:r>
                    </w:p>
                    <w:p w14:paraId="06CEFB81" w14:textId="77777777" w:rsidR="00BA26E6" w:rsidRPr="00BA26E6" w:rsidRDefault="00BA26E6" w:rsidP="002C0D0A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  <w:r w:rsidRPr="00BA26E6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Psychology</w:t>
                      </w:r>
                    </w:p>
                    <w:p w14:paraId="66E5C471" w14:textId="2EB592D7" w:rsidR="002C0D0A" w:rsidRPr="002C0D0A" w:rsidRDefault="002C0D0A" w:rsidP="002C0D0A">
                      <w:pPr>
                        <w:spacing w:after="0" w:line="240" w:lineRule="auto"/>
                        <w:rPr>
                          <w:rFonts w:ascii="Arial" w:hAnsi="Arial" w:cs="Arial"/>
                          <w:sz w:val="16"/>
                          <w:szCs w:val="16"/>
                          <w:lang w:val="da-DK"/>
                        </w:rPr>
                      </w:pPr>
                      <w:r w:rsidRPr="002C0D0A">
                        <w:rPr>
                          <w:rFonts w:ascii="Arial" w:hAnsi="Arial" w:cs="Arial"/>
                          <w:sz w:val="16"/>
                          <w:szCs w:val="16"/>
                          <w:lang w:val="da-DK"/>
                        </w:rPr>
                        <w:t>Rendsburggade 14, 9000 Aalborg</w:t>
                      </w:r>
                    </w:p>
                    <w:p w14:paraId="17AE04E9" w14:textId="77777777" w:rsidR="002C0D0A" w:rsidRPr="002C0D0A" w:rsidRDefault="002C0D0A" w:rsidP="002C0D0A">
                      <w:pPr>
                        <w:spacing w:after="0" w:line="240" w:lineRule="auto"/>
                        <w:rPr>
                          <w:rFonts w:ascii="Arial" w:hAnsi="Arial" w:cs="Arial"/>
                          <w:sz w:val="16"/>
                          <w:szCs w:val="16"/>
                          <w:lang w:val="da-DK"/>
                        </w:rPr>
                      </w:pPr>
                      <w:r w:rsidRPr="002C0D0A">
                        <w:rPr>
                          <w:rFonts w:ascii="Arial" w:hAnsi="Arial" w:cs="Arial"/>
                          <w:sz w:val="16"/>
                          <w:szCs w:val="16"/>
                          <w:lang w:val="da-DK"/>
                        </w:rPr>
                        <w:t>E-mail: Psykologi-Praktik@ikk.aau.dk</w:t>
                      </w:r>
                    </w:p>
                    <w:p w14:paraId="7D11AC08" w14:textId="4C89150F" w:rsidR="002C0D0A" w:rsidRPr="002C0D0A" w:rsidRDefault="002C0D0A">
                      <w:pPr>
                        <w:rPr>
                          <w:lang w:val="da-D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516BE">
        <w:rPr>
          <w:noProof/>
        </w:rPr>
        <w:drawing>
          <wp:anchor distT="0" distB="0" distL="114300" distR="114300" simplePos="0" relativeHeight="251662336" behindDoc="0" locked="0" layoutInCell="1" allowOverlap="1" wp14:anchorId="6FB17659" wp14:editId="1B8B14CF">
            <wp:simplePos x="0" y="0"/>
            <wp:positionH relativeFrom="column">
              <wp:posOffset>5128260</wp:posOffset>
            </wp:positionH>
            <wp:positionV relativeFrom="paragraph">
              <wp:posOffset>-129540</wp:posOffset>
            </wp:positionV>
            <wp:extent cx="1630680" cy="417195"/>
            <wp:effectExtent l="0" t="0" r="7620" b="1905"/>
            <wp:wrapNone/>
            <wp:docPr id="1" name="Billed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led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680" cy="417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26E6" w:rsidRPr="002C0D0A">
        <w:rPr>
          <w:rFonts w:ascii="Calibri" w:eastAsiaTheme="minorHAnsi" w:hAnsi="Calibri" w:cs="Calibri"/>
          <w:b/>
          <w:bCs/>
          <w:noProof/>
          <w:kern w:val="2"/>
          <w:sz w:val="36"/>
          <w:szCs w:val="36"/>
          <w:lang w:val="da-DK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62DAE2AB" wp14:editId="40107D24">
                <wp:simplePos x="0" y="0"/>
                <wp:positionH relativeFrom="column">
                  <wp:posOffset>5114925</wp:posOffset>
                </wp:positionH>
                <wp:positionV relativeFrom="paragraph">
                  <wp:posOffset>-342901</wp:posOffset>
                </wp:positionV>
                <wp:extent cx="1924050" cy="600075"/>
                <wp:effectExtent l="0" t="0" r="0" b="952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050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FB09CC" w14:textId="3051D90F" w:rsidR="002C0D0A" w:rsidRDefault="002C0D0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DAE2AB" id="_x0000_s1027" type="#_x0000_t202" style="position:absolute;margin-left:402.75pt;margin-top:-27pt;width:151.5pt;height:47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" stroked="f">
                <v:textbox>
                  <w:txbxContent>
                    <w:p w14:paraId="5DFB09CC" w14:textId="3051D90F" w:rsidR="002C0D0A" w:rsidRDefault="002C0D0A"/>
                  </w:txbxContent>
                </v:textbox>
              </v:shape>
            </w:pict>
          </mc:Fallback>
        </mc:AlternateContent>
      </w:r>
      <w:r w:rsidR="00035D73" w:rsidRPr="008516BE">
        <w:rPr>
          <w:rFonts w:ascii="Calibri" w:eastAsiaTheme="minorHAnsi" w:hAnsi="Calibri" w:cs="Calibri"/>
          <w:b/>
          <w:bCs/>
          <w:kern w:val="2"/>
          <w:sz w:val="36"/>
          <w:szCs w:val="36"/>
          <w14:ligatures w14:val="standardContextual"/>
        </w:rPr>
        <w:t xml:space="preserve">Approval of Internship </w:t>
      </w:r>
    </w:p>
    <w:p w14:paraId="53E6B111" w14:textId="7D1EBCA2" w:rsidR="001E63D1" w:rsidRDefault="001E63D1" w:rsidP="001E63D1">
      <w:pPr>
        <w:spacing w:after="0"/>
        <w:rPr>
          <w:rFonts w:asciiTheme="majorHAnsi" w:hAnsiTheme="majorHAnsi" w:cstheme="majorHAnsi"/>
          <w:b/>
          <w:sz w:val="24"/>
          <w:szCs w:val="24"/>
        </w:rPr>
      </w:pPr>
    </w:p>
    <w:p w14:paraId="4FC97385" w14:textId="31A4CA46" w:rsidR="00381FB0" w:rsidRPr="008A211B" w:rsidRDefault="00035D73" w:rsidP="001E63D1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8A211B">
        <w:rPr>
          <w:rFonts w:ascii="Calibri" w:hAnsi="Calibri" w:cs="Calibri"/>
          <w:b/>
          <w:sz w:val="24"/>
          <w:szCs w:val="24"/>
        </w:rPr>
        <w:t>Information to be completed by the student:</w:t>
      </w:r>
    </w:p>
    <w:p w14:paraId="7E6187F5" w14:textId="666C911A" w:rsidR="00381FB0" w:rsidRPr="00474907" w:rsidRDefault="00035D73" w:rsidP="001E63D1">
      <w:pPr>
        <w:spacing w:after="0" w:line="360" w:lineRule="auto"/>
        <w:rPr>
          <w:rFonts w:ascii="Calibri" w:hAnsi="Calibri" w:cs="Calibri"/>
          <w:b/>
          <w:sz w:val="24"/>
          <w:szCs w:val="24"/>
          <w:lang w:val="da-DK"/>
        </w:rPr>
      </w:pPr>
      <w:r w:rsidRPr="00474907">
        <w:rPr>
          <w:rFonts w:ascii="Calibri" w:hAnsi="Calibri" w:cs="Calibri"/>
          <w:b/>
          <w:sz w:val="24"/>
          <w:szCs w:val="24"/>
          <w:lang w:val="da-DK"/>
        </w:rPr>
        <w:t xml:space="preserve">Student name: </w:t>
      </w:r>
      <w:sdt>
        <w:sdtPr>
          <w:rPr>
            <w:rFonts w:ascii="Calibri" w:hAnsi="Calibri" w:cs="Calibri"/>
            <w:b/>
            <w:sz w:val="24"/>
            <w:szCs w:val="24"/>
          </w:rPr>
          <w:id w:val="-1626533564"/>
          <w:placeholder>
            <w:docPart w:val="DefaultPlaceholder_-1854013440"/>
          </w:placeholder>
          <w:showingPlcHdr/>
          <w:text/>
        </w:sdtPr>
        <w:sdtEndPr/>
        <w:sdtContent>
          <w:r w:rsidR="00474907" w:rsidRPr="00474907">
            <w:rPr>
              <w:rStyle w:val="Pladsholdertekst"/>
              <w:lang w:val="da-DK"/>
            </w:rPr>
            <w:t>Klik eller tryk her for at skrive tekst.</w:t>
          </w:r>
        </w:sdtContent>
      </w:sdt>
    </w:p>
    <w:p w14:paraId="7EA9CF9D" w14:textId="24219928" w:rsidR="00381FB0" w:rsidRPr="00474907" w:rsidRDefault="00035D73" w:rsidP="001E63D1">
      <w:pPr>
        <w:spacing w:after="0" w:line="360" w:lineRule="auto"/>
        <w:rPr>
          <w:rFonts w:ascii="Calibri" w:hAnsi="Calibri" w:cs="Calibri"/>
          <w:b/>
          <w:sz w:val="24"/>
          <w:szCs w:val="24"/>
          <w:lang w:val="da-DK"/>
        </w:rPr>
      </w:pPr>
      <w:r w:rsidRPr="00474907">
        <w:rPr>
          <w:rFonts w:ascii="Calibri" w:eastAsiaTheme="minorHAnsi" w:hAnsi="Calibri" w:cs="Calibri"/>
          <w:b/>
          <w:kern w:val="2"/>
          <w:sz w:val="24"/>
          <w:szCs w:val="24"/>
          <w:lang w:val="da-DK"/>
          <w14:ligatures w14:val="standardContextual"/>
        </w:rPr>
        <w:t>Student</w:t>
      </w:r>
      <w:r w:rsidRPr="00474907">
        <w:rPr>
          <w:rFonts w:ascii="Calibri" w:hAnsi="Calibri" w:cs="Calibri"/>
          <w:b/>
          <w:sz w:val="24"/>
          <w:szCs w:val="24"/>
          <w:lang w:val="da-DK"/>
        </w:rPr>
        <w:t xml:space="preserve"> number: </w:t>
      </w:r>
      <w:sdt>
        <w:sdtPr>
          <w:rPr>
            <w:rFonts w:ascii="Calibri" w:hAnsi="Calibri" w:cs="Calibri"/>
            <w:b/>
            <w:sz w:val="24"/>
            <w:szCs w:val="24"/>
          </w:rPr>
          <w:id w:val="67081858"/>
          <w:placeholder>
            <w:docPart w:val="DefaultPlaceholder_-1854013440"/>
          </w:placeholder>
          <w:showingPlcHdr/>
          <w:text/>
        </w:sdtPr>
        <w:sdtEndPr/>
        <w:sdtContent>
          <w:r w:rsidR="00474907" w:rsidRPr="00474907">
            <w:rPr>
              <w:rStyle w:val="Pladsholdertekst"/>
              <w:lang w:val="da-DK"/>
            </w:rPr>
            <w:t>Klik eller tryk her for at skrive tekst.</w:t>
          </w:r>
        </w:sdtContent>
      </w:sdt>
    </w:p>
    <w:p w14:paraId="538EC5ED" w14:textId="1F90EE72" w:rsidR="00381FB0" w:rsidRPr="00474907" w:rsidRDefault="00035D73" w:rsidP="001E63D1">
      <w:pPr>
        <w:spacing w:after="0" w:line="360" w:lineRule="auto"/>
        <w:rPr>
          <w:rFonts w:ascii="Calibri" w:hAnsi="Calibri" w:cs="Calibri"/>
          <w:b/>
          <w:sz w:val="24"/>
          <w:szCs w:val="24"/>
          <w:lang w:val="da-DK"/>
        </w:rPr>
      </w:pPr>
      <w:r w:rsidRPr="00474907">
        <w:rPr>
          <w:rFonts w:ascii="Calibri" w:hAnsi="Calibri" w:cs="Calibri"/>
          <w:b/>
          <w:sz w:val="24"/>
          <w:szCs w:val="24"/>
          <w:lang w:val="da-DK"/>
        </w:rPr>
        <w:t>Degree programme:</w:t>
      </w:r>
      <w:r w:rsidR="00474907" w:rsidRPr="00474907">
        <w:rPr>
          <w:rFonts w:ascii="Calibri" w:hAnsi="Calibri" w:cs="Calibri"/>
          <w:b/>
          <w:sz w:val="24"/>
          <w:szCs w:val="24"/>
          <w:lang w:val="da-DK"/>
        </w:rPr>
        <w:t xml:space="preserve"> </w:t>
      </w:r>
      <w:sdt>
        <w:sdtPr>
          <w:rPr>
            <w:rFonts w:ascii="Calibri" w:hAnsi="Calibri" w:cs="Calibri"/>
            <w:b/>
            <w:sz w:val="24"/>
            <w:szCs w:val="24"/>
          </w:rPr>
          <w:id w:val="847679512"/>
          <w:placeholder>
            <w:docPart w:val="DefaultPlaceholder_-1854013440"/>
          </w:placeholder>
          <w:showingPlcHdr/>
          <w:text/>
        </w:sdtPr>
        <w:sdtEndPr/>
        <w:sdtContent>
          <w:r w:rsidR="00474907" w:rsidRPr="00474907">
            <w:rPr>
              <w:rStyle w:val="Pladsholdertekst"/>
              <w:lang w:val="da-DK"/>
            </w:rPr>
            <w:t>Klik eller tryk her for at skrive tekst.</w:t>
          </w:r>
        </w:sdtContent>
      </w:sdt>
    </w:p>
    <w:p w14:paraId="274BF3BC" w14:textId="2480CD8F" w:rsidR="00381FB0" w:rsidRPr="00474907" w:rsidRDefault="00035D73" w:rsidP="001E63D1">
      <w:pPr>
        <w:spacing w:after="0" w:line="360" w:lineRule="auto"/>
        <w:rPr>
          <w:rFonts w:ascii="Calibri" w:hAnsi="Calibri" w:cs="Calibri"/>
          <w:b/>
          <w:sz w:val="24"/>
          <w:szCs w:val="24"/>
          <w:lang w:val="da-DK"/>
        </w:rPr>
      </w:pPr>
      <w:r w:rsidRPr="00474907">
        <w:rPr>
          <w:rFonts w:ascii="Calibri" w:hAnsi="Calibri" w:cs="Calibri"/>
          <w:b/>
          <w:sz w:val="24"/>
          <w:szCs w:val="24"/>
          <w:lang w:val="da-DK"/>
        </w:rPr>
        <w:t>Name of internship site:</w:t>
      </w:r>
      <w:r w:rsidR="00474907" w:rsidRPr="00474907">
        <w:rPr>
          <w:rFonts w:ascii="Calibri" w:hAnsi="Calibri" w:cs="Calibri"/>
          <w:b/>
          <w:sz w:val="24"/>
          <w:szCs w:val="24"/>
          <w:lang w:val="da-DK"/>
        </w:rPr>
        <w:t xml:space="preserve"> </w:t>
      </w:r>
      <w:sdt>
        <w:sdtPr>
          <w:rPr>
            <w:rFonts w:ascii="Calibri" w:hAnsi="Calibri" w:cs="Calibri"/>
            <w:b/>
            <w:sz w:val="24"/>
            <w:szCs w:val="24"/>
          </w:rPr>
          <w:id w:val="320166782"/>
          <w:placeholder>
            <w:docPart w:val="DefaultPlaceholder_-1854013440"/>
          </w:placeholder>
          <w:showingPlcHdr/>
          <w:text/>
        </w:sdtPr>
        <w:sdtEndPr/>
        <w:sdtContent>
          <w:r w:rsidR="00474907" w:rsidRPr="00474907">
            <w:rPr>
              <w:rStyle w:val="Pladsholdertekst"/>
              <w:lang w:val="da-DK"/>
            </w:rPr>
            <w:t>Klik eller tryk her for at skrive tekst.</w:t>
          </w:r>
        </w:sdtContent>
      </w:sdt>
    </w:p>
    <w:p w14:paraId="27D23696" w14:textId="0176FCB7" w:rsidR="00381FB0" w:rsidRPr="00474907" w:rsidRDefault="00035D73" w:rsidP="001E63D1">
      <w:pPr>
        <w:spacing w:after="0" w:line="360" w:lineRule="auto"/>
        <w:rPr>
          <w:rFonts w:ascii="Calibri" w:hAnsi="Calibri" w:cs="Calibri"/>
          <w:b/>
          <w:sz w:val="24"/>
          <w:szCs w:val="24"/>
          <w:lang w:val="da-DK"/>
        </w:rPr>
      </w:pPr>
      <w:r w:rsidRPr="00474907">
        <w:rPr>
          <w:rFonts w:ascii="Calibri" w:hAnsi="Calibri" w:cs="Calibri"/>
          <w:b/>
          <w:sz w:val="24"/>
          <w:szCs w:val="24"/>
          <w:lang w:val="da-DK"/>
        </w:rPr>
        <w:t xml:space="preserve">Address of internship site: </w:t>
      </w:r>
      <w:sdt>
        <w:sdtPr>
          <w:rPr>
            <w:rFonts w:ascii="Calibri" w:hAnsi="Calibri" w:cs="Calibri"/>
            <w:b/>
            <w:sz w:val="24"/>
            <w:szCs w:val="24"/>
          </w:rPr>
          <w:id w:val="-93241027"/>
          <w:placeholder>
            <w:docPart w:val="DefaultPlaceholder_-1854013440"/>
          </w:placeholder>
          <w:showingPlcHdr/>
          <w:text/>
        </w:sdtPr>
        <w:sdtEndPr/>
        <w:sdtContent>
          <w:r w:rsidR="00474907" w:rsidRPr="00474907">
            <w:rPr>
              <w:rStyle w:val="Pladsholdertekst"/>
              <w:lang w:val="da-DK"/>
            </w:rPr>
            <w:t>Klik eller tryk her for at skrive tekst.</w:t>
          </w:r>
        </w:sdtContent>
      </w:sdt>
    </w:p>
    <w:p w14:paraId="4684D050" w14:textId="69E45B17" w:rsidR="00381FB0" w:rsidRPr="00474907" w:rsidRDefault="00035D73" w:rsidP="001E63D1">
      <w:pPr>
        <w:spacing w:after="0" w:line="360" w:lineRule="auto"/>
        <w:rPr>
          <w:rFonts w:ascii="Calibri" w:hAnsi="Calibri" w:cs="Calibri"/>
          <w:b/>
          <w:sz w:val="24"/>
          <w:szCs w:val="24"/>
          <w:lang w:val="da-DK"/>
        </w:rPr>
      </w:pPr>
      <w:r w:rsidRPr="00474907">
        <w:rPr>
          <w:rFonts w:ascii="Calibri" w:hAnsi="Calibri" w:cs="Calibri"/>
          <w:b/>
          <w:sz w:val="24"/>
          <w:szCs w:val="24"/>
          <w:lang w:val="da-DK"/>
        </w:rPr>
        <w:t xml:space="preserve">Internship period (from–to): </w:t>
      </w:r>
      <w:sdt>
        <w:sdtPr>
          <w:rPr>
            <w:rFonts w:ascii="Calibri" w:hAnsi="Calibri" w:cs="Calibri"/>
            <w:b/>
            <w:sz w:val="24"/>
            <w:szCs w:val="24"/>
          </w:rPr>
          <w:id w:val="-1771388964"/>
          <w:placeholder>
            <w:docPart w:val="DefaultPlaceholder_-1854013440"/>
          </w:placeholder>
          <w:showingPlcHdr/>
          <w:text/>
        </w:sdtPr>
        <w:sdtEndPr/>
        <w:sdtContent>
          <w:r w:rsidR="00474907" w:rsidRPr="00474907">
            <w:rPr>
              <w:rStyle w:val="Pladsholdertekst"/>
              <w:lang w:val="da-DK"/>
            </w:rPr>
            <w:t>Klik eller tryk her for at skrive tekst.</w:t>
          </w:r>
        </w:sdtContent>
      </w:sdt>
    </w:p>
    <w:p w14:paraId="70387343" w14:textId="2805DA4C" w:rsidR="00381FB0" w:rsidRPr="00474907" w:rsidRDefault="00035D73" w:rsidP="001E63D1">
      <w:pPr>
        <w:spacing w:after="0" w:line="360" w:lineRule="auto"/>
        <w:rPr>
          <w:rFonts w:ascii="Calibri" w:hAnsi="Calibri" w:cs="Calibri"/>
          <w:b/>
          <w:sz w:val="24"/>
          <w:szCs w:val="24"/>
          <w:lang w:val="da-DK"/>
        </w:rPr>
      </w:pPr>
      <w:r w:rsidRPr="00474907">
        <w:rPr>
          <w:rFonts w:ascii="Calibri" w:hAnsi="Calibri" w:cs="Calibri"/>
          <w:b/>
          <w:sz w:val="24"/>
          <w:szCs w:val="24"/>
          <w:lang w:val="da-DK"/>
        </w:rPr>
        <w:t xml:space="preserve">Internship supervisor (name): </w:t>
      </w:r>
      <w:sdt>
        <w:sdtPr>
          <w:rPr>
            <w:rFonts w:ascii="Calibri" w:hAnsi="Calibri" w:cs="Calibri"/>
            <w:b/>
            <w:sz w:val="24"/>
            <w:szCs w:val="24"/>
          </w:rPr>
          <w:id w:val="-1602408418"/>
          <w:placeholder>
            <w:docPart w:val="DefaultPlaceholder_-1854013440"/>
          </w:placeholder>
          <w:showingPlcHdr/>
          <w:text/>
        </w:sdtPr>
        <w:sdtEndPr/>
        <w:sdtContent>
          <w:r w:rsidR="00474907" w:rsidRPr="00474907">
            <w:rPr>
              <w:rStyle w:val="Pladsholdertekst"/>
              <w:lang w:val="da-DK"/>
            </w:rPr>
            <w:t>Klik eller tryk her for at skrive tekst.</w:t>
          </w:r>
        </w:sdtContent>
      </w:sdt>
    </w:p>
    <w:p w14:paraId="40AAC840" w14:textId="16296354" w:rsidR="00381FB0" w:rsidRPr="00474907" w:rsidRDefault="00035D73" w:rsidP="001E63D1">
      <w:pPr>
        <w:spacing w:after="0" w:line="360" w:lineRule="auto"/>
        <w:rPr>
          <w:rFonts w:ascii="Calibri" w:hAnsi="Calibri" w:cs="Calibri"/>
          <w:b/>
          <w:sz w:val="24"/>
          <w:szCs w:val="24"/>
          <w:lang w:val="da-DK"/>
        </w:rPr>
      </w:pPr>
      <w:r w:rsidRPr="00474907">
        <w:rPr>
          <w:rFonts w:ascii="Calibri" w:hAnsi="Calibri" w:cs="Calibri"/>
          <w:b/>
          <w:sz w:val="24"/>
          <w:szCs w:val="24"/>
          <w:lang w:val="da-DK"/>
        </w:rPr>
        <w:t>Internship supervisor (email):</w:t>
      </w:r>
      <w:r w:rsidR="00474907" w:rsidRPr="00474907">
        <w:rPr>
          <w:rFonts w:ascii="Calibri" w:hAnsi="Calibri" w:cs="Calibri"/>
          <w:b/>
          <w:sz w:val="24"/>
          <w:szCs w:val="24"/>
          <w:lang w:val="da-DK"/>
        </w:rPr>
        <w:t xml:space="preserve"> </w:t>
      </w:r>
      <w:sdt>
        <w:sdtPr>
          <w:rPr>
            <w:rFonts w:ascii="Calibri" w:hAnsi="Calibri" w:cs="Calibri"/>
            <w:b/>
            <w:sz w:val="24"/>
            <w:szCs w:val="24"/>
          </w:rPr>
          <w:id w:val="1730805886"/>
          <w:placeholder>
            <w:docPart w:val="DefaultPlaceholder_-1854013440"/>
          </w:placeholder>
          <w:showingPlcHdr/>
          <w:text/>
        </w:sdtPr>
        <w:sdtEndPr/>
        <w:sdtContent>
          <w:r w:rsidR="00474907" w:rsidRPr="00474907">
            <w:rPr>
              <w:rStyle w:val="Pladsholdertekst"/>
              <w:lang w:val="da-DK"/>
            </w:rPr>
            <w:t>Klik eller tryk her for at skrive tekst.</w:t>
          </w:r>
        </w:sdtContent>
      </w:sdt>
    </w:p>
    <w:p w14:paraId="72D12347" w14:textId="1F88C826" w:rsidR="00381FB0" w:rsidRPr="00474907" w:rsidRDefault="00035D73" w:rsidP="001E63D1">
      <w:pPr>
        <w:spacing w:after="0" w:line="360" w:lineRule="auto"/>
        <w:rPr>
          <w:rFonts w:ascii="Calibri" w:hAnsi="Calibri" w:cs="Calibri"/>
          <w:b/>
          <w:sz w:val="24"/>
          <w:szCs w:val="24"/>
          <w:lang w:val="da-DK"/>
        </w:rPr>
      </w:pPr>
      <w:r w:rsidRPr="00474907">
        <w:rPr>
          <w:rFonts w:ascii="Calibri" w:hAnsi="Calibri" w:cs="Calibri"/>
          <w:b/>
          <w:sz w:val="24"/>
          <w:szCs w:val="24"/>
          <w:lang w:val="da-DK"/>
        </w:rPr>
        <w:t xml:space="preserve">Internship supervisor (phone): </w:t>
      </w:r>
      <w:sdt>
        <w:sdtPr>
          <w:rPr>
            <w:rFonts w:ascii="Calibri" w:hAnsi="Calibri" w:cs="Calibri"/>
            <w:b/>
            <w:sz w:val="24"/>
            <w:szCs w:val="24"/>
          </w:rPr>
          <w:id w:val="1150020308"/>
          <w:placeholder>
            <w:docPart w:val="DefaultPlaceholder_-1854013440"/>
          </w:placeholder>
          <w:showingPlcHdr/>
          <w:text/>
        </w:sdtPr>
        <w:sdtEndPr/>
        <w:sdtContent>
          <w:r w:rsidR="00474907" w:rsidRPr="00474907">
            <w:rPr>
              <w:rStyle w:val="Pladsholdertekst"/>
              <w:lang w:val="da-DK"/>
            </w:rPr>
            <w:t>Klik eller tryk her for at skrive tekst.</w:t>
          </w:r>
        </w:sdtContent>
      </w:sdt>
    </w:p>
    <w:p w14:paraId="3D8323C9" w14:textId="77777777" w:rsidR="001E63D1" w:rsidRPr="00474907" w:rsidRDefault="001E63D1" w:rsidP="002C0D0A">
      <w:pPr>
        <w:spacing w:after="0" w:line="240" w:lineRule="auto"/>
        <w:rPr>
          <w:rFonts w:asciiTheme="majorHAnsi" w:hAnsiTheme="majorHAnsi" w:cstheme="majorHAnsi"/>
          <w:b/>
          <w:sz w:val="20"/>
          <w:szCs w:val="20"/>
          <w:lang w:val="da-DK"/>
        </w:rPr>
      </w:pPr>
    </w:p>
    <w:p w14:paraId="5C434770" w14:textId="28D99057" w:rsidR="00381FB0" w:rsidRPr="008516BE" w:rsidRDefault="00035D73" w:rsidP="001E63D1">
      <w:pPr>
        <w:spacing w:after="0"/>
        <w:rPr>
          <w:rFonts w:ascii="Calibri" w:hAnsi="Calibri" w:cs="Calibri"/>
          <w:sz w:val="20"/>
          <w:szCs w:val="20"/>
        </w:rPr>
      </w:pPr>
      <w:r w:rsidRPr="008516BE">
        <w:rPr>
          <w:rFonts w:ascii="Calibri" w:hAnsi="Calibri" w:cs="Calibri"/>
          <w:b/>
          <w:sz w:val="20"/>
          <w:szCs w:val="20"/>
        </w:rPr>
        <w:t>Declaration</w:t>
      </w:r>
    </w:p>
    <w:p w14:paraId="1DD551F7" w14:textId="320F0657" w:rsidR="00377D7A" w:rsidRPr="008516BE" w:rsidRDefault="00035D73" w:rsidP="001E63D1">
      <w:pPr>
        <w:spacing w:after="0"/>
        <w:rPr>
          <w:rFonts w:ascii="Calibri" w:hAnsi="Calibri" w:cs="Calibri"/>
          <w:sz w:val="20"/>
          <w:szCs w:val="20"/>
        </w:rPr>
      </w:pPr>
      <w:r w:rsidRPr="008516BE">
        <w:rPr>
          <w:rFonts w:ascii="Calibri" w:hAnsi="Calibri" w:cs="Calibri"/>
          <w:sz w:val="20"/>
          <w:szCs w:val="20"/>
        </w:rPr>
        <w:t>The student hereby declares that all the above information has been completed correctly. It is the responsibility of the student to complete</w:t>
      </w:r>
      <w:r w:rsidR="001E63D1" w:rsidRPr="008516BE">
        <w:rPr>
          <w:rFonts w:ascii="Calibri" w:hAnsi="Calibri" w:cs="Calibri"/>
          <w:sz w:val="20"/>
          <w:szCs w:val="20"/>
        </w:rPr>
        <w:t>:</w:t>
      </w:r>
      <w:r w:rsidRPr="008516BE">
        <w:rPr>
          <w:rFonts w:ascii="Calibri" w:hAnsi="Calibri" w:cs="Calibri"/>
          <w:sz w:val="20"/>
          <w:szCs w:val="20"/>
        </w:rPr>
        <w:t xml:space="preserve"> </w:t>
      </w:r>
    </w:p>
    <w:p w14:paraId="0FFD4D98" w14:textId="77777777" w:rsidR="001E63D1" w:rsidRPr="008516BE" w:rsidRDefault="001E63D1" w:rsidP="001E63D1">
      <w:pPr>
        <w:pStyle w:val="Listeafsnit"/>
        <w:numPr>
          <w:ilvl w:val="0"/>
          <w:numId w:val="10"/>
        </w:numPr>
        <w:spacing w:after="0"/>
        <w:rPr>
          <w:rFonts w:ascii="Calibri" w:hAnsi="Calibri" w:cs="Calibri"/>
          <w:sz w:val="20"/>
          <w:szCs w:val="20"/>
        </w:rPr>
        <w:sectPr w:rsidR="001E63D1" w:rsidRPr="008516BE" w:rsidSect="001E63D1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39550BDC" w14:textId="0572F2E1" w:rsidR="00377D7A" w:rsidRPr="008516BE" w:rsidRDefault="00035D73" w:rsidP="001E63D1">
      <w:pPr>
        <w:pStyle w:val="Listeafsnit"/>
        <w:numPr>
          <w:ilvl w:val="0"/>
          <w:numId w:val="10"/>
        </w:numPr>
        <w:spacing w:after="0"/>
        <w:ind w:left="567"/>
        <w:rPr>
          <w:rFonts w:ascii="Calibri" w:hAnsi="Calibri" w:cs="Calibri"/>
          <w:sz w:val="20"/>
          <w:szCs w:val="20"/>
        </w:rPr>
      </w:pPr>
      <w:r w:rsidRPr="008516BE">
        <w:rPr>
          <w:rFonts w:ascii="Calibri" w:hAnsi="Calibri" w:cs="Calibri"/>
          <w:sz w:val="20"/>
          <w:szCs w:val="20"/>
        </w:rPr>
        <w:t xml:space="preserve">all formal requirements in this form </w:t>
      </w:r>
    </w:p>
    <w:p w14:paraId="4AF8AC28" w14:textId="0EE3A5FF" w:rsidR="00377D7A" w:rsidRPr="008516BE" w:rsidRDefault="00035D73" w:rsidP="001E63D1">
      <w:pPr>
        <w:pStyle w:val="Listeafsnit"/>
        <w:numPr>
          <w:ilvl w:val="0"/>
          <w:numId w:val="10"/>
        </w:numPr>
        <w:spacing w:after="0"/>
        <w:ind w:left="567"/>
        <w:rPr>
          <w:rFonts w:ascii="Calibri" w:hAnsi="Calibri" w:cs="Calibri"/>
          <w:sz w:val="20"/>
          <w:szCs w:val="20"/>
        </w:rPr>
      </w:pPr>
      <w:r w:rsidRPr="008516BE">
        <w:rPr>
          <w:rFonts w:ascii="Calibri" w:hAnsi="Calibri" w:cs="Calibri"/>
          <w:sz w:val="20"/>
          <w:szCs w:val="20"/>
        </w:rPr>
        <w:t>print the document after completion</w:t>
      </w:r>
    </w:p>
    <w:p w14:paraId="059D6DEB" w14:textId="66332C37" w:rsidR="00377D7A" w:rsidRPr="008516BE" w:rsidRDefault="00035D73" w:rsidP="001E63D1">
      <w:pPr>
        <w:pStyle w:val="Listeafsnit"/>
        <w:numPr>
          <w:ilvl w:val="0"/>
          <w:numId w:val="10"/>
        </w:numPr>
        <w:spacing w:after="0"/>
        <w:ind w:left="567"/>
        <w:rPr>
          <w:rFonts w:ascii="Calibri" w:hAnsi="Calibri" w:cs="Calibri"/>
          <w:sz w:val="20"/>
          <w:szCs w:val="20"/>
        </w:rPr>
      </w:pPr>
      <w:r w:rsidRPr="008516BE">
        <w:rPr>
          <w:rFonts w:ascii="Calibri" w:hAnsi="Calibri" w:cs="Calibri"/>
          <w:sz w:val="20"/>
          <w:szCs w:val="20"/>
        </w:rPr>
        <w:t>obtain the internship site's signature</w:t>
      </w:r>
    </w:p>
    <w:p w14:paraId="0FF17026" w14:textId="71641D5B" w:rsidR="00377D7A" w:rsidRPr="008516BE" w:rsidRDefault="00035D73" w:rsidP="001E63D1">
      <w:pPr>
        <w:pStyle w:val="Listeafsnit"/>
        <w:numPr>
          <w:ilvl w:val="0"/>
          <w:numId w:val="10"/>
        </w:numPr>
        <w:spacing w:after="0"/>
        <w:ind w:left="567"/>
        <w:rPr>
          <w:rFonts w:ascii="Calibri" w:hAnsi="Calibri" w:cs="Calibri"/>
          <w:sz w:val="20"/>
          <w:szCs w:val="20"/>
        </w:rPr>
      </w:pPr>
      <w:r w:rsidRPr="008516BE">
        <w:rPr>
          <w:rFonts w:ascii="Calibri" w:hAnsi="Calibri" w:cs="Calibri"/>
          <w:sz w:val="20"/>
          <w:szCs w:val="20"/>
        </w:rPr>
        <w:t>scan the signed document</w:t>
      </w:r>
    </w:p>
    <w:p w14:paraId="1C187C37" w14:textId="7002AF61" w:rsidR="00381FB0" w:rsidRPr="008516BE" w:rsidRDefault="00035D73" w:rsidP="008516BE">
      <w:pPr>
        <w:pStyle w:val="Listeafsnit"/>
        <w:numPr>
          <w:ilvl w:val="0"/>
          <w:numId w:val="10"/>
        </w:numPr>
        <w:spacing w:after="0"/>
        <w:ind w:left="567" w:right="929"/>
        <w:rPr>
          <w:rFonts w:ascii="Calibri" w:hAnsi="Calibri" w:cs="Calibri"/>
          <w:sz w:val="20"/>
          <w:szCs w:val="20"/>
        </w:rPr>
      </w:pPr>
      <w:r w:rsidRPr="008516BE">
        <w:rPr>
          <w:rFonts w:ascii="Calibri" w:hAnsi="Calibri" w:cs="Calibri"/>
          <w:sz w:val="20"/>
          <w:szCs w:val="20"/>
        </w:rPr>
        <w:t>upload the document in due time as a PDF to Digital E</w:t>
      </w:r>
      <w:r w:rsidR="001E63D1" w:rsidRPr="008516BE">
        <w:rPr>
          <w:rFonts w:ascii="Calibri" w:hAnsi="Calibri" w:cs="Calibri"/>
          <w:sz w:val="20"/>
          <w:szCs w:val="20"/>
        </w:rPr>
        <w:t>ksamen</w:t>
      </w:r>
    </w:p>
    <w:p w14:paraId="03967B6B" w14:textId="77777777" w:rsidR="001E63D1" w:rsidRDefault="001E63D1">
      <w:pPr>
        <w:rPr>
          <w:rFonts w:asciiTheme="majorHAnsi" w:hAnsiTheme="majorHAnsi" w:cstheme="majorHAnsi"/>
          <w:b/>
          <w:sz w:val="24"/>
          <w:szCs w:val="24"/>
        </w:rPr>
        <w:sectPr w:rsidR="001E63D1" w:rsidSect="001E63D1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72620C5D" w14:textId="014BC653" w:rsidR="00381FB0" w:rsidRDefault="00035D73" w:rsidP="008516BE">
      <w:pPr>
        <w:spacing w:before="480" w:after="0"/>
        <w:rPr>
          <w:rFonts w:asciiTheme="majorHAnsi" w:hAnsiTheme="majorHAnsi" w:cstheme="majorHAnsi"/>
          <w:sz w:val="24"/>
          <w:szCs w:val="24"/>
        </w:rPr>
      </w:pPr>
      <w:r w:rsidRPr="00AD6FE6">
        <w:rPr>
          <w:rFonts w:ascii="Calibri" w:eastAsiaTheme="minorHAnsi" w:hAnsi="Calibri" w:cs="Calibri"/>
          <w:b/>
          <w:bCs/>
          <w:kern w:val="2"/>
          <w:sz w:val="24"/>
          <w:szCs w:val="24"/>
          <w14:ligatures w14:val="standardContextual"/>
        </w:rPr>
        <w:t>Date</w:t>
      </w:r>
      <w:r w:rsidRPr="00377D7A">
        <w:rPr>
          <w:rFonts w:asciiTheme="majorHAnsi" w:hAnsiTheme="majorHAnsi" w:cstheme="majorHAnsi"/>
          <w:b/>
          <w:sz w:val="24"/>
          <w:szCs w:val="24"/>
        </w:rPr>
        <w:t xml:space="preserve">: </w:t>
      </w:r>
      <w:r w:rsidRPr="00377D7A">
        <w:rPr>
          <w:rFonts w:asciiTheme="majorHAnsi" w:hAnsiTheme="majorHAnsi" w:cstheme="majorHAnsi"/>
          <w:sz w:val="24"/>
          <w:szCs w:val="24"/>
        </w:rPr>
        <w:t xml:space="preserve">______________    </w:t>
      </w:r>
      <w:r w:rsidRPr="00377D7A">
        <w:rPr>
          <w:rFonts w:asciiTheme="majorHAnsi" w:hAnsiTheme="majorHAnsi" w:cstheme="majorHAnsi"/>
          <w:b/>
          <w:sz w:val="24"/>
          <w:szCs w:val="24"/>
        </w:rPr>
        <w:t xml:space="preserve">Student signature: </w:t>
      </w:r>
      <w:r w:rsidRPr="00377D7A">
        <w:rPr>
          <w:rFonts w:asciiTheme="majorHAnsi" w:hAnsiTheme="majorHAnsi" w:cstheme="majorHAnsi"/>
          <w:sz w:val="24"/>
          <w:szCs w:val="24"/>
        </w:rPr>
        <w:t>____________________________________</w:t>
      </w:r>
      <w:r w:rsidR="001E63D1">
        <w:rPr>
          <w:rFonts w:asciiTheme="majorHAnsi" w:hAnsiTheme="majorHAnsi" w:cstheme="majorHAnsi"/>
          <w:sz w:val="24"/>
          <w:szCs w:val="24"/>
        </w:rPr>
        <w:t>______________</w:t>
      </w:r>
    </w:p>
    <w:p w14:paraId="4E416DA6" w14:textId="77777777" w:rsidR="001E63D1" w:rsidRPr="008516BE" w:rsidRDefault="001E63D1" w:rsidP="001E63D1">
      <w:pPr>
        <w:spacing w:after="0"/>
        <w:rPr>
          <w:rFonts w:ascii="Calibri" w:eastAsiaTheme="minorHAnsi" w:hAnsi="Calibri" w:cs="Calibri"/>
          <w:b/>
          <w:bCs/>
          <w:kern w:val="2"/>
          <w:sz w:val="24"/>
          <w:szCs w:val="24"/>
          <w14:ligatures w14:val="standardContextual"/>
        </w:rPr>
      </w:pPr>
    </w:p>
    <w:p w14:paraId="36814971" w14:textId="77777777" w:rsidR="00381FB0" w:rsidRPr="00377D7A" w:rsidRDefault="00035D73" w:rsidP="001E63D1">
      <w:pPr>
        <w:spacing w:after="0"/>
        <w:rPr>
          <w:rFonts w:asciiTheme="majorHAnsi" w:hAnsiTheme="majorHAnsi" w:cstheme="majorHAnsi"/>
          <w:sz w:val="24"/>
          <w:szCs w:val="24"/>
        </w:rPr>
      </w:pPr>
      <w:r w:rsidRPr="00377D7A">
        <w:rPr>
          <w:rFonts w:asciiTheme="majorHAnsi" w:hAnsiTheme="majorHAnsi" w:cstheme="majorHAnsi"/>
          <w:b/>
          <w:sz w:val="24"/>
          <w:szCs w:val="24"/>
        </w:rPr>
        <w:t>Approval by the internship site</w:t>
      </w:r>
    </w:p>
    <w:p w14:paraId="18EB3F0F" w14:textId="72FBAE73" w:rsidR="00381FB0" w:rsidRDefault="00035D73" w:rsidP="003C17B8">
      <w:pPr>
        <w:spacing w:after="120"/>
        <w:rPr>
          <w:rFonts w:asciiTheme="majorHAnsi" w:hAnsiTheme="majorHAnsi" w:cstheme="majorHAnsi"/>
          <w:sz w:val="24"/>
          <w:szCs w:val="24"/>
        </w:rPr>
      </w:pPr>
      <w:r w:rsidRPr="00377D7A">
        <w:rPr>
          <w:rFonts w:asciiTheme="majorHAnsi" w:hAnsiTheme="majorHAnsi" w:cstheme="majorHAnsi"/>
          <w:sz w:val="24"/>
          <w:szCs w:val="24"/>
        </w:rPr>
        <w:t>The internship site hereby confirms that the above-mentioned student has completed the internship as '</w:t>
      </w:r>
      <w:r w:rsidRPr="001E63D1">
        <w:rPr>
          <w:rFonts w:asciiTheme="majorHAnsi" w:hAnsiTheme="majorHAnsi" w:cstheme="majorHAnsi"/>
          <w:b/>
          <w:bCs/>
          <w:sz w:val="24"/>
          <w:szCs w:val="24"/>
        </w:rPr>
        <w:t>satisfactory</w:t>
      </w:r>
      <w:r w:rsidRPr="00377D7A">
        <w:rPr>
          <w:rFonts w:asciiTheme="majorHAnsi" w:hAnsiTheme="majorHAnsi" w:cstheme="majorHAnsi"/>
          <w:sz w:val="24"/>
          <w:szCs w:val="24"/>
        </w:rPr>
        <w:t xml:space="preserve">', in accordance with </w:t>
      </w:r>
      <w:proofErr w:type="gramStart"/>
      <w:r w:rsidRPr="00377D7A">
        <w:rPr>
          <w:rFonts w:asciiTheme="majorHAnsi" w:hAnsiTheme="majorHAnsi" w:cstheme="majorHAnsi"/>
          <w:sz w:val="24"/>
          <w:szCs w:val="24"/>
        </w:rPr>
        <w:t>the</w:t>
      </w:r>
      <w:r w:rsidR="005A3AFE">
        <w:rPr>
          <w:rFonts w:asciiTheme="majorHAnsi" w:hAnsiTheme="majorHAnsi" w:cstheme="majorHAnsi"/>
          <w:sz w:val="24"/>
          <w:szCs w:val="24"/>
        </w:rPr>
        <w:t xml:space="preserve"> </w:t>
      </w:r>
      <w:r w:rsidR="00377D7A">
        <w:rPr>
          <w:rFonts w:ascii="Calibri" w:hAnsi="Calibri" w:cs="Calibri"/>
        </w:rPr>
        <w:t>”</w:t>
      </w:r>
      <w:r w:rsidR="005A3AFE" w:rsidRPr="00474907">
        <w:rPr>
          <w:rFonts w:ascii="Calibri" w:hAnsi="Calibri" w:cs="Calibri"/>
        </w:rPr>
        <w:t>Vejledning</w:t>
      </w:r>
      <w:proofErr w:type="gramEnd"/>
      <w:r w:rsidR="005A3AFE" w:rsidRPr="00474907">
        <w:rPr>
          <w:rFonts w:ascii="Calibri" w:hAnsi="Calibri" w:cs="Calibri"/>
        </w:rPr>
        <w:t xml:space="preserve"> om Psykologisk praktisk forløb,</w:t>
      </w:r>
      <w:r w:rsidR="005A3AFE" w:rsidRPr="005A3AFE">
        <w:rPr>
          <w:rFonts w:ascii="Calibri" w:hAnsi="Calibri" w:cs="Calibri"/>
        </w:rPr>
        <w:t xml:space="preserve"> Aalborg Universitet</w:t>
      </w:r>
      <w:r w:rsidR="00377D7A">
        <w:rPr>
          <w:rFonts w:ascii="Calibri" w:hAnsi="Calibri" w:cs="Calibri"/>
        </w:rPr>
        <w:t>”</w:t>
      </w:r>
      <w:r w:rsidRPr="00377D7A">
        <w:rPr>
          <w:rFonts w:asciiTheme="majorHAnsi" w:hAnsiTheme="majorHAnsi" w:cstheme="majorHAnsi"/>
          <w:sz w:val="24"/>
          <w:szCs w:val="24"/>
        </w:rPr>
        <w:t xml:space="preserve">, and that the following </w:t>
      </w:r>
      <w:r w:rsidR="00377D7A">
        <w:rPr>
          <w:rFonts w:asciiTheme="majorHAnsi" w:hAnsiTheme="majorHAnsi" w:cstheme="majorHAnsi"/>
          <w:sz w:val="24"/>
          <w:szCs w:val="24"/>
        </w:rPr>
        <w:t xml:space="preserve">2 </w:t>
      </w:r>
      <w:r w:rsidRPr="00377D7A">
        <w:rPr>
          <w:rFonts w:asciiTheme="majorHAnsi" w:hAnsiTheme="majorHAnsi" w:cstheme="majorHAnsi"/>
          <w:sz w:val="24"/>
          <w:szCs w:val="24"/>
        </w:rPr>
        <w:t>requirements have been met:</w:t>
      </w: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4"/>
        <w:gridCol w:w="851"/>
        <w:gridCol w:w="992"/>
        <w:gridCol w:w="567"/>
      </w:tblGrid>
      <w:tr w:rsidR="005A3AFE" w14:paraId="6F19D335" w14:textId="77777777" w:rsidTr="005A3AFE">
        <w:tc>
          <w:tcPr>
            <w:tcW w:w="6374" w:type="dxa"/>
          </w:tcPr>
          <w:p w14:paraId="02D43A38" w14:textId="77777777" w:rsidR="005A3AFE" w:rsidRDefault="005A3AFE" w:rsidP="00F64F73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14:paraId="22CA2FF8" w14:textId="343EABF5" w:rsidR="005A3AFE" w:rsidRDefault="005A3AFE" w:rsidP="00F64F73">
            <w:pPr>
              <w:spacing w:line="276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No</w:t>
            </w:r>
          </w:p>
        </w:tc>
        <w:tc>
          <w:tcPr>
            <w:tcW w:w="992" w:type="dxa"/>
          </w:tcPr>
          <w:p w14:paraId="419EEFDB" w14:textId="1AC4BD33" w:rsidR="005A3AFE" w:rsidRDefault="005A3AFE" w:rsidP="00F64F73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14:paraId="09647CF1" w14:textId="71004F29" w:rsidR="005A3AFE" w:rsidRDefault="005A3AFE" w:rsidP="00F64F73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Yes</w:t>
            </w:r>
          </w:p>
        </w:tc>
      </w:tr>
      <w:tr w:rsidR="005A3AFE" w14:paraId="2F58CBF2" w14:textId="77777777" w:rsidTr="005A3AFE">
        <w:tc>
          <w:tcPr>
            <w:tcW w:w="6374" w:type="dxa"/>
          </w:tcPr>
          <w:p w14:paraId="4CC89828" w14:textId="3AFECA88" w:rsidR="005A3AFE" w:rsidRPr="003756E8" w:rsidRDefault="005A3AFE" w:rsidP="005A3AFE">
            <w:pPr>
              <w:pStyle w:val="Listeafsnit"/>
              <w:numPr>
                <w:ilvl w:val="0"/>
                <w:numId w:val="12"/>
              </w:numPr>
              <w:spacing w:line="276" w:lineRule="auto"/>
              <w:ind w:left="176" w:hanging="202"/>
              <w:rPr>
                <w:rFonts w:ascii="Calibri" w:hAnsi="Calibri" w:cs="Calibri"/>
              </w:rPr>
            </w:pPr>
            <w:r w:rsidRPr="00377D7A">
              <w:rPr>
                <w:rFonts w:asciiTheme="majorHAnsi" w:hAnsiTheme="majorHAnsi" w:cstheme="majorHAnsi"/>
                <w:sz w:val="24"/>
                <w:szCs w:val="24"/>
              </w:rPr>
              <w:t xml:space="preserve">Minimum 80% attendance during the </w:t>
            </w:r>
            <w:r w:rsidRPr="008516BE">
              <w:rPr>
                <w:rFonts w:ascii="Calibri" w:eastAsiaTheme="minorHAnsi" w:hAnsi="Calibri" w:cs="Calibri"/>
                <w:kern w:val="2"/>
                <w:sz w:val="24"/>
                <w:szCs w:val="24"/>
                <w14:ligatures w14:val="standardContextual"/>
              </w:rPr>
              <w:t>internship</w:t>
            </w:r>
            <w:r w:rsidRPr="00377D7A">
              <w:rPr>
                <w:rFonts w:asciiTheme="majorHAnsi" w:hAnsiTheme="majorHAnsi" w:cstheme="majorHAnsi"/>
                <w:sz w:val="24"/>
                <w:szCs w:val="24"/>
              </w:rPr>
              <w:t xml:space="preserve"> period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:</w:t>
            </w:r>
          </w:p>
        </w:tc>
        <w:tc>
          <w:tcPr>
            <w:tcW w:w="851" w:type="dxa"/>
          </w:tcPr>
          <w:p w14:paraId="468212C5" w14:textId="77777777" w:rsidR="005A3AFE" w:rsidRDefault="005A3AFE" w:rsidP="00F64F73">
            <w:pPr>
              <w:spacing w:line="276" w:lineRule="auto"/>
              <w:rPr>
                <w:rFonts w:ascii="Calibri" w:hAnsi="Calibri" w:cs="Calibri"/>
              </w:rPr>
            </w:pPr>
            <w:r w:rsidRPr="00EB1AB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992" w:type="dxa"/>
          </w:tcPr>
          <w:p w14:paraId="0716DA0D" w14:textId="77777777" w:rsidR="005A3AFE" w:rsidRDefault="005A3AFE" w:rsidP="00F64F73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14:paraId="12B7C6F8" w14:textId="77777777" w:rsidR="005A3AFE" w:rsidRDefault="005A3AFE" w:rsidP="00F64F73">
            <w:pPr>
              <w:spacing w:line="276" w:lineRule="auto"/>
              <w:rPr>
                <w:rFonts w:ascii="Calibri" w:hAnsi="Calibri" w:cs="Calibri"/>
              </w:rPr>
            </w:pPr>
            <w:r w:rsidRPr="00EB1ABD">
              <w:rPr>
                <w:rFonts w:ascii="Segoe UI Symbol" w:hAnsi="Segoe UI Symbol" w:cs="Segoe UI Symbol"/>
              </w:rPr>
              <w:t>☐</w:t>
            </w:r>
          </w:p>
        </w:tc>
      </w:tr>
      <w:tr w:rsidR="005A3AFE" w14:paraId="1DDAA55B" w14:textId="77777777" w:rsidTr="005A3AFE">
        <w:tc>
          <w:tcPr>
            <w:tcW w:w="6374" w:type="dxa"/>
          </w:tcPr>
          <w:p w14:paraId="7C94D110" w14:textId="1E9444B6" w:rsidR="005A3AFE" w:rsidRPr="005A3AFE" w:rsidRDefault="005A3AFE" w:rsidP="005A3AFE">
            <w:pPr>
              <w:pStyle w:val="Listeafsnit"/>
              <w:numPr>
                <w:ilvl w:val="0"/>
                <w:numId w:val="12"/>
              </w:numPr>
              <w:spacing w:line="276" w:lineRule="auto"/>
              <w:ind w:left="176" w:hanging="202"/>
              <w:rPr>
                <w:rFonts w:ascii="Calibri" w:hAnsi="Calibri" w:cs="Calibri"/>
              </w:rPr>
            </w:pPr>
            <w:r w:rsidRPr="00377D7A">
              <w:rPr>
                <w:rFonts w:asciiTheme="majorHAnsi" w:hAnsiTheme="majorHAnsi" w:cstheme="majorHAnsi"/>
                <w:sz w:val="24"/>
                <w:szCs w:val="24"/>
              </w:rPr>
              <w:t>Minimum 80% participation in the offered supervision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:</w:t>
            </w:r>
          </w:p>
        </w:tc>
        <w:tc>
          <w:tcPr>
            <w:tcW w:w="851" w:type="dxa"/>
          </w:tcPr>
          <w:p w14:paraId="74253DF5" w14:textId="77777777" w:rsidR="005A3AFE" w:rsidRDefault="005A3AFE" w:rsidP="00F64F73">
            <w:pPr>
              <w:spacing w:line="276" w:lineRule="auto"/>
              <w:rPr>
                <w:rFonts w:ascii="Calibri" w:hAnsi="Calibri" w:cs="Calibri"/>
              </w:rPr>
            </w:pPr>
            <w:r w:rsidRPr="00EB1AB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992" w:type="dxa"/>
          </w:tcPr>
          <w:p w14:paraId="53C6D69D" w14:textId="77777777" w:rsidR="005A3AFE" w:rsidRDefault="005A3AFE" w:rsidP="00F64F73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14:paraId="0E24338F" w14:textId="77777777" w:rsidR="005A3AFE" w:rsidRDefault="005A3AFE" w:rsidP="00F64F73">
            <w:pPr>
              <w:spacing w:line="276" w:lineRule="auto"/>
              <w:rPr>
                <w:rFonts w:ascii="Calibri" w:hAnsi="Calibri" w:cs="Calibri"/>
              </w:rPr>
            </w:pPr>
            <w:r w:rsidRPr="00EB1ABD">
              <w:rPr>
                <w:rFonts w:ascii="Segoe UI Symbol" w:hAnsi="Segoe UI Symbol" w:cs="Segoe UI Symbol"/>
              </w:rPr>
              <w:t>☐</w:t>
            </w:r>
          </w:p>
        </w:tc>
      </w:tr>
    </w:tbl>
    <w:p w14:paraId="37B500F3" w14:textId="33E9D5C6" w:rsidR="001E63D1" w:rsidRPr="001E63D1" w:rsidRDefault="00377D7A" w:rsidP="005A3AFE">
      <w:pPr>
        <w:spacing w:before="240"/>
        <w:rPr>
          <w:rFonts w:ascii="Calibri" w:hAnsi="Calibri" w:cs="Calibri"/>
          <w:bCs/>
          <w:sz w:val="20"/>
          <w:szCs w:val="20"/>
        </w:rPr>
      </w:pPr>
      <w:r w:rsidRPr="00377D7A">
        <w:rPr>
          <w:rFonts w:ascii="Calibri" w:hAnsi="Calibri" w:cs="Calibri"/>
          <w:bCs/>
          <w:sz w:val="20"/>
          <w:szCs w:val="20"/>
        </w:rPr>
        <w:t>If the internship placement is NOT assessed as “satisfactorily completed”, the internship provider is kindly requested to contact the Psychology Programme at Aalborg University (AAU) via email at: Psykologi-Praktik@ikk.aau.dk</w:t>
      </w:r>
    </w:p>
    <w:p w14:paraId="7D85D8E7" w14:textId="27591039" w:rsidR="00381FB0" w:rsidRPr="00377D7A" w:rsidRDefault="00035D73">
      <w:pPr>
        <w:rPr>
          <w:rFonts w:asciiTheme="majorHAnsi" w:hAnsiTheme="majorHAnsi" w:cstheme="majorHAnsi"/>
          <w:sz w:val="24"/>
          <w:szCs w:val="24"/>
        </w:rPr>
      </w:pPr>
      <w:r w:rsidRPr="00377D7A">
        <w:rPr>
          <w:rFonts w:asciiTheme="majorHAnsi" w:hAnsiTheme="majorHAnsi" w:cstheme="majorHAnsi"/>
          <w:b/>
          <w:sz w:val="24"/>
          <w:szCs w:val="24"/>
        </w:rPr>
        <w:t xml:space="preserve">Internship supervisor (name in block letters): </w:t>
      </w:r>
      <w:r w:rsidRPr="00377D7A">
        <w:rPr>
          <w:rFonts w:asciiTheme="majorHAnsi" w:hAnsiTheme="majorHAnsi" w:cstheme="majorHAnsi"/>
          <w:sz w:val="24"/>
          <w:szCs w:val="24"/>
        </w:rPr>
        <w:t>__________________________________________</w:t>
      </w:r>
      <w:r w:rsidR="001E63D1">
        <w:rPr>
          <w:rFonts w:asciiTheme="majorHAnsi" w:hAnsiTheme="majorHAnsi" w:cstheme="majorHAnsi"/>
          <w:sz w:val="24"/>
          <w:szCs w:val="24"/>
        </w:rPr>
        <w:t>________</w:t>
      </w:r>
    </w:p>
    <w:p w14:paraId="12DF0EC8" w14:textId="75B7C746" w:rsidR="00381FB0" w:rsidRPr="00377D7A" w:rsidRDefault="00035D73">
      <w:pPr>
        <w:rPr>
          <w:rFonts w:asciiTheme="majorHAnsi" w:hAnsiTheme="majorHAnsi" w:cstheme="majorHAnsi"/>
          <w:sz w:val="24"/>
          <w:szCs w:val="24"/>
        </w:rPr>
      </w:pPr>
      <w:r w:rsidRPr="00377D7A">
        <w:rPr>
          <w:rFonts w:asciiTheme="majorHAnsi" w:hAnsiTheme="majorHAnsi" w:cstheme="majorHAnsi"/>
          <w:b/>
          <w:sz w:val="24"/>
          <w:szCs w:val="24"/>
        </w:rPr>
        <w:t xml:space="preserve">Title/Position: </w:t>
      </w:r>
      <w:r w:rsidRPr="00377D7A">
        <w:rPr>
          <w:rFonts w:asciiTheme="majorHAnsi" w:hAnsiTheme="majorHAnsi" w:cstheme="majorHAnsi"/>
          <w:sz w:val="24"/>
          <w:szCs w:val="24"/>
        </w:rPr>
        <w:t>__________________________________________</w:t>
      </w:r>
      <w:r w:rsidR="001E63D1">
        <w:rPr>
          <w:rFonts w:asciiTheme="majorHAnsi" w:hAnsiTheme="majorHAnsi" w:cstheme="majorHAnsi"/>
          <w:sz w:val="24"/>
          <w:szCs w:val="24"/>
        </w:rPr>
        <w:t>__________________________________</w:t>
      </w:r>
    </w:p>
    <w:p w14:paraId="2B98914D" w14:textId="237C48F8" w:rsidR="001E63D1" w:rsidRDefault="00035D73" w:rsidP="005A3AFE">
      <w:pPr>
        <w:spacing w:after="120"/>
        <w:rPr>
          <w:rFonts w:asciiTheme="majorHAnsi" w:hAnsiTheme="majorHAnsi" w:cstheme="majorHAnsi"/>
          <w:b/>
          <w:sz w:val="24"/>
          <w:szCs w:val="24"/>
        </w:rPr>
      </w:pPr>
      <w:r w:rsidRPr="00377D7A">
        <w:rPr>
          <w:rFonts w:asciiTheme="majorHAnsi" w:hAnsiTheme="majorHAnsi" w:cstheme="majorHAnsi"/>
          <w:b/>
          <w:sz w:val="24"/>
          <w:szCs w:val="24"/>
        </w:rPr>
        <w:t>Date</w:t>
      </w:r>
      <w:r w:rsidR="001E63D1">
        <w:rPr>
          <w:rFonts w:asciiTheme="majorHAnsi" w:hAnsiTheme="majorHAnsi" w:cstheme="majorHAnsi"/>
          <w:b/>
          <w:sz w:val="24"/>
          <w:szCs w:val="24"/>
        </w:rPr>
        <w:t xml:space="preserve">:                            </w:t>
      </w:r>
      <w:r w:rsidR="002C0D0A">
        <w:rPr>
          <w:rFonts w:asciiTheme="majorHAnsi" w:hAnsiTheme="majorHAnsi" w:cstheme="majorHAnsi"/>
          <w:b/>
          <w:sz w:val="24"/>
          <w:szCs w:val="24"/>
        </w:rPr>
        <w:t xml:space="preserve">                                                                      </w:t>
      </w:r>
      <w:r w:rsidR="001E63D1" w:rsidRPr="00377D7A">
        <w:rPr>
          <w:rFonts w:asciiTheme="majorHAnsi" w:hAnsiTheme="majorHAnsi" w:cstheme="majorHAnsi"/>
          <w:b/>
          <w:sz w:val="24"/>
          <w:szCs w:val="24"/>
        </w:rPr>
        <w:t xml:space="preserve">Internship supervisor </w:t>
      </w:r>
      <w:r w:rsidRPr="00377D7A">
        <w:rPr>
          <w:rFonts w:asciiTheme="majorHAnsi" w:hAnsiTheme="majorHAnsi" w:cstheme="majorHAnsi"/>
          <w:b/>
          <w:sz w:val="24"/>
          <w:szCs w:val="24"/>
        </w:rPr>
        <w:t xml:space="preserve">signature and any </w:t>
      </w:r>
      <w:r w:rsidRPr="00AD6FE6">
        <w:rPr>
          <w:rFonts w:ascii="Calibri" w:eastAsiaTheme="minorHAnsi" w:hAnsi="Calibri" w:cs="Calibri"/>
          <w:b/>
          <w:bCs/>
          <w:kern w:val="2"/>
          <w:sz w:val="24"/>
          <w:szCs w:val="24"/>
          <w14:ligatures w14:val="standardContextual"/>
        </w:rPr>
        <w:t>stamp</w:t>
      </w:r>
      <w:r w:rsidRPr="00377D7A">
        <w:rPr>
          <w:rFonts w:asciiTheme="majorHAnsi" w:hAnsiTheme="majorHAnsi" w:cstheme="majorHAnsi"/>
          <w:b/>
          <w:sz w:val="24"/>
          <w:szCs w:val="24"/>
        </w:rPr>
        <w:t>:</w:t>
      </w:r>
    </w:p>
    <w:p w14:paraId="3CF4F3BB" w14:textId="636B6DBF" w:rsidR="002C0D0A" w:rsidRDefault="002C0D0A" w:rsidP="005A3AFE">
      <w:pPr>
        <w:spacing w:before="360" w:after="0" w:line="240" w:lineRule="auto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_________________________________________________________________________________________</w:t>
      </w:r>
    </w:p>
    <w:sectPr w:rsidR="002C0D0A" w:rsidSect="008A211B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A8D01" w14:textId="77777777" w:rsidR="000E49B3" w:rsidRDefault="000E49B3">
      <w:pPr>
        <w:spacing w:after="0" w:line="240" w:lineRule="auto"/>
      </w:pPr>
      <w:r>
        <w:separator/>
      </w:r>
    </w:p>
  </w:endnote>
  <w:endnote w:type="continuationSeparator" w:id="0">
    <w:p w14:paraId="0A14EBF3" w14:textId="77777777" w:rsidR="000E49B3" w:rsidRDefault="000E49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A7F81A" w14:textId="77777777" w:rsidR="000E49B3" w:rsidRDefault="000E49B3">
      <w:pPr>
        <w:spacing w:after="0" w:line="240" w:lineRule="auto"/>
      </w:pPr>
      <w:r>
        <w:separator/>
      </w:r>
    </w:p>
  </w:footnote>
  <w:footnote w:type="continuationSeparator" w:id="0">
    <w:p w14:paraId="4D594D0B" w14:textId="77777777" w:rsidR="000E49B3" w:rsidRDefault="000E49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pstilling-talellerbogs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pstilling-talellerbogs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pstilling-punktteg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pstilling-punktteg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DB91865"/>
    <w:multiLevelType w:val="multilevel"/>
    <w:tmpl w:val="02FE3B8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D3555A7"/>
    <w:multiLevelType w:val="hybridMultilevel"/>
    <w:tmpl w:val="4BA8F3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2F1CAC"/>
    <w:multiLevelType w:val="hybridMultilevel"/>
    <w:tmpl w:val="68AA9F8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3255655">
    <w:abstractNumId w:val="8"/>
  </w:num>
  <w:num w:numId="2" w16cid:durableId="855119312">
    <w:abstractNumId w:val="6"/>
  </w:num>
  <w:num w:numId="3" w16cid:durableId="2042172110">
    <w:abstractNumId w:val="5"/>
  </w:num>
  <w:num w:numId="4" w16cid:durableId="1530144672">
    <w:abstractNumId w:val="4"/>
  </w:num>
  <w:num w:numId="5" w16cid:durableId="956376436">
    <w:abstractNumId w:val="7"/>
  </w:num>
  <w:num w:numId="6" w16cid:durableId="1665476841">
    <w:abstractNumId w:val="3"/>
  </w:num>
  <w:num w:numId="7" w16cid:durableId="1742678612">
    <w:abstractNumId w:val="2"/>
  </w:num>
  <w:num w:numId="8" w16cid:durableId="1302659628">
    <w:abstractNumId w:val="1"/>
  </w:num>
  <w:num w:numId="9" w16cid:durableId="141503167">
    <w:abstractNumId w:val="0"/>
  </w:num>
  <w:num w:numId="10" w16cid:durableId="120224474">
    <w:abstractNumId w:val="10"/>
  </w:num>
  <w:num w:numId="11" w16cid:durableId="1912502114">
    <w:abstractNumId w:val="9"/>
  </w:num>
  <w:num w:numId="12" w16cid:durableId="56041258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jKD/jlw25BkxGNySRTanew9gLsWW/pPFL8Y80AqiKOekEG44QAd5RUs+1Gl2/OwvsUQbTBEOB96nQSiRvBywUA==" w:salt="Rvz0K2hBGY7BahBJTjQ6Gw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46B0"/>
    <w:rsid w:val="00035D73"/>
    <w:rsid w:val="0006063C"/>
    <w:rsid w:val="000E49B3"/>
    <w:rsid w:val="001217ED"/>
    <w:rsid w:val="0015074B"/>
    <w:rsid w:val="001E63D1"/>
    <w:rsid w:val="0029639D"/>
    <w:rsid w:val="002C0D0A"/>
    <w:rsid w:val="00326F90"/>
    <w:rsid w:val="003453EC"/>
    <w:rsid w:val="00377D7A"/>
    <w:rsid w:val="00381FB0"/>
    <w:rsid w:val="003C17B8"/>
    <w:rsid w:val="0042070C"/>
    <w:rsid w:val="00474907"/>
    <w:rsid w:val="004F01AE"/>
    <w:rsid w:val="005557B3"/>
    <w:rsid w:val="005A3AFE"/>
    <w:rsid w:val="00634A2C"/>
    <w:rsid w:val="007071DE"/>
    <w:rsid w:val="007A3EA0"/>
    <w:rsid w:val="008516BE"/>
    <w:rsid w:val="008A211B"/>
    <w:rsid w:val="00A06659"/>
    <w:rsid w:val="00AA1D8D"/>
    <w:rsid w:val="00AD6FE6"/>
    <w:rsid w:val="00B03F47"/>
    <w:rsid w:val="00B4760E"/>
    <w:rsid w:val="00B47730"/>
    <w:rsid w:val="00B70618"/>
    <w:rsid w:val="00B75103"/>
    <w:rsid w:val="00BA26E6"/>
    <w:rsid w:val="00CB0664"/>
    <w:rsid w:val="00D20529"/>
    <w:rsid w:val="00D24365"/>
    <w:rsid w:val="00D67D57"/>
    <w:rsid w:val="00DD2D51"/>
    <w:rsid w:val="00E04949"/>
    <w:rsid w:val="00E577BC"/>
    <w:rsid w:val="00EA6AD6"/>
    <w:rsid w:val="00EB3189"/>
    <w:rsid w:val="00EC0850"/>
    <w:rsid w:val="00F61682"/>
    <w:rsid w:val="00FA1FE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4062061"/>
  <w14:defaultImageDpi w14:val="330"/>
  <w15:docId w15:val="{0EDDDB22-BE41-42A3-93E5-BF917F843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618BF"/>
  </w:style>
  <w:style w:type="paragraph" w:styleId="Sidefod">
    <w:name w:val="footer"/>
    <w:basedOn w:val="Normal"/>
    <w:link w:val="Sidefo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618BF"/>
  </w:style>
  <w:style w:type="paragraph" w:styleId="Ing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Normal"/>
    <w:next w:val="Normal"/>
    <w:link w:val="TitelTeg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fsni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Opstilling-punkttegn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Opstilling-talellerbogs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Opstilling-talellerbogs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Opstilling-talellerbogs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Opstilling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Opstilling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Opstilling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Tegn"/>
    <w:uiPriority w:val="29"/>
    <w:qFormat/>
    <w:rsid w:val="00FC693F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k">
    <w:name w:val="Strong"/>
    <w:basedOn w:val="Standardskrifttypeiafsnit"/>
    <w:uiPriority w:val="22"/>
    <w:qFormat/>
    <w:rsid w:val="00FC693F"/>
    <w:rPr>
      <w:b/>
      <w:bCs/>
    </w:rPr>
  </w:style>
  <w:style w:type="character" w:styleId="Fremhv">
    <w:name w:val="Emphasis"/>
    <w:basedOn w:val="Standardskrifttypeiafsnit"/>
    <w:uiPriority w:val="20"/>
    <w:qFormat/>
    <w:rsid w:val="00FC693F"/>
    <w:rPr>
      <w:i/>
      <w:iCs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C693F"/>
    <w:rPr>
      <w:b/>
      <w:bCs/>
      <w:i/>
      <w:iCs/>
      <w:color w:val="4F81BD" w:themeColor="accent1"/>
    </w:rPr>
  </w:style>
  <w:style w:type="character" w:styleId="Svagfremhvning">
    <w:name w:val="Subtle Emphasis"/>
    <w:basedOn w:val="Standardskrifttypeiafsnit"/>
    <w:uiPriority w:val="19"/>
    <w:qFormat/>
    <w:rsid w:val="00FC693F"/>
    <w:rPr>
      <w:i/>
      <w:iCs/>
      <w:color w:val="808080" w:themeColor="text1" w:themeTint="7F"/>
    </w:rPr>
  </w:style>
  <w:style w:type="character" w:styleId="Kraftigfremhvning">
    <w:name w:val="Intense Emphasis"/>
    <w:basedOn w:val="Standardskrifttypeiafsnit"/>
    <w:uiPriority w:val="21"/>
    <w:qFormat/>
    <w:rsid w:val="00FC693F"/>
    <w:rPr>
      <w:b/>
      <w:bCs/>
      <w:i/>
      <w:iCs/>
      <w:color w:val="4F81BD" w:themeColor="accent1"/>
    </w:rPr>
  </w:style>
  <w:style w:type="character" w:styleId="Svaghenvisning">
    <w:name w:val="Subtle Reference"/>
    <w:basedOn w:val="Standardskrifttypeiafsnit"/>
    <w:uiPriority w:val="31"/>
    <w:qFormat/>
    <w:rsid w:val="00FC693F"/>
    <w:rPr>
      <w:smallCaps/>
      <w:color w:val="C0504D" w:themeColor="accent2"/>
      <w:u w:val="single"/>
    </w:rPr>
  </w:style>
  <w:style w:type="character" w:styleId="Kraftighenvisning">
    <w:name w:val="Intense Reference"/>
    <w:basedOn w:val="Standardskrifttypeiafsn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genstitel">
    <w:name w:val="Book Title"/>
    <w:basedOn w:val="Standardskrifttypeiafsnit"/>
    <w:uiPriority w:val="33"/>
    <w:qFormat/>
    <w:rsid w:val="00FC693F"/>
    <w:rPr>
      <w:b/>
      <w:bCs/>
      <w:smallCaps/>
      <w:spacing w:val="5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-Gitter">
    <w:name w:val="Table Grid"/>
    <w:basedOn w:val="Tabel-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">
    <w:name w:val="Light Shading"/>
    <w:basedOn w:val="Tabel-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-fremhvningsfarve2">
    <w:name w:val="Light Shading Accent 2"/>
    <w:basedOn w:val="Tabel-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-fremhvningsfarve2">
    <w:name w:val="Light List Accent 2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gitter">
    <w:name w:val="Light Grid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gitter-fremhvningsfarve2">
    <w:name w:val="Light Grid Accent 2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kygge1">
    <w:name w:val="Medium Shading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e1">
    <w:name w:val="Medium Lis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e1-fremhvningsfarve2">
    <w:name w:val="Medium List 1 Accent 2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e2">
    <w:name w:val="Medium Lis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itter1">
    <w:name w:val="Medium Grid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itter2">
    <w:name w:val="Medium Grid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vetskygge">
    <w:name w:val="Colorful Shading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liste">
    <w:name w:val="Colorful List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vetgitter">
    <w:name w:val="Colorful Grid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Standardskrifttypeiafsnit"/>
    <w:uiPriority w:val="99"/>
    <w:unhideWhenUsed/>
    <w:rsid w:val="002C0D0A"/>
    <w:rPr>
      <w:color w:val="0000FF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2C0D0A"/>
    <w:rPr>
      <w:color w:val="605E5C"/>
      <w:shd w:val="clear" w:color="auto" w:fill="E1DFDD"/>
    </w:rPr>
  </w:style>
  <w:style w:type="character" w:styleId="Pladsholdertekst">
    <w:name w:val="Placeholder Text"/>
    <w:basedOn w:val="Standardskrifttypeiafsnit"/>
    <w:uiPriority w:val="99"/>
    <w:semiHidden/>
    <w:rsid w:val="0047490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63CB308-2C8F-4E73-ADD2-9068ABF37FD7}"/>
      </w:docPartPr>
      <w:docPartBody>
        <w:p w:rsidR="00316787" w:rsidRDefault="00306E26">
          <w:r w:rsidRPr="00CC5C63">
            <w:rPr>
              <w:rStyle w:val="Pladsholdertekst"/>
            </w:rPr>
            <w:t>Klik eller tryk her for at skrive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E26"/>
    <w:rsid w:val="000346B0"/>
    <w:rsid w:val="00306E26"/>
    <w:rsid w:val="00316787"/>
    <w:rsid w:val="003453EC"/>
    <w:rsid w:val="00357DC0"/>
    <w:rsid w:val="00DD2D51"/>
    <w:rsid w:val="00FB2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a-DK" w:eastAsia="da-D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306E26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311</Words>
  <Characters>1898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2205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Lone Simonsen</dc:creator>
  <cp:keywords/>
  <dc:description>generated by python-docx</dc:description>
  <cp:lastModifiedBy>Lone Simonsen</cp:lastModifiedBy>
  <cp:revision>5</cp:revision>
  <dcterms:created xsi:type="dcterms:W3CDTF">2026-09-08T06:59:00Z</dcterms:created>
  <dcterms:modified xsi:type="dcterms:W3CDTF">2026-09-10T13:04:00Z</dcterms:modified>
  <cp:category/>
</cp:coreProperties>
</file>